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4DE" w:rsidRDefault="00376B68">
      <w:r>
        <w:rPr>
          <w:noProof/>
        </w:rPr>
        <w:drawing>
          <wp:inline distT="0" distB="0" distL="0" distR="0">
            <wp:extent cx="923925" cy="923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SC 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6B68">
        <w:drawing>
          <wp:inline distT="0" distB="0" distL="0" distR="0" wp14:anchorId="080F6C9B" wp14:editId="4A4CACF3">
            <wp:extent cx="4391638" cy="581106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4DE" w:rsidRDefault="00376B68">
      <w:pPr>
        <w:pStyle w:val="Heading2"/>
      </w:pPr>
      <w:r w:rsidRPr="00376B68">
        <w:rPr>
          <w:color w:val="7030A0"/>
        </w:rPr>
        <w:t>CONSULTATION REQUEST FORM</w:t>
      </w:r>
    </w:p>
    <w:p w:rsidR="00A754DE" w:rsidRDefault="00376B68">
      <w:r>
        <w:rPr>
          <w:b/>
        </w:rPr>
        <w:t>Full Name: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A754DE" w:rsidRDefault="00376B68">
      <w:r>
        <w:rPr>
          <w:b/>
        </w:rPr>
        <w:t>Email Address: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A754DE" w:rsidRDefault="00376B68">
      <w:r>
        <w:rPr>
          <w:b/>
        </w:rPr>
        <w:t>Phone Number: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A754DE" w:rsidRDefault="00376B68">
      <w:r>
        <w:rPr>
          <w:b/>
        </w:rPr>
        <w:t>Business Name (if applicable):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A754DE" w:rsidRDefault="00376B68">
      <w:r>
        <w:rPr>
          <w:b/>
        </w:rPr>
        <w:t>Type of Consultation Needed:</w:t>
      </w:r>
      <w:r>
        <w:rPr>
          <w:b/>
        </w:rPr>
        <w:br/>
      </w:r>
      <w:r>
        <w:t>______________________________________________</w:t>
      </w:r>
      <w:r>
        <w:br/>
      </w:r>
      <w:r>
        <w:br/>
      </w:r>
    </w:p>
    <w:p w:rsidR="00A754DE" w:rsidRDefault="00376B68">
      <w:r>
        <w:rPr>
          <w:b/>
        </w:rPr>
        <w:t>Brief Description of Your Needs:</w:t>
      </w:r>
      <w:r>
        <w:rPr>
          <w:b/>
        </w:rPr>
        <w:br/>
      </w:r>
      <w:r>
        <w:t>__</w:t>
      </w:r>
      <w:r>
        <w:t>____________________________________________</w:t>
      </w:r>
      <w:r>
        <w:br/>
      </w:r>
      <w:r>
        <w:br/>
      </w:r>
    </w:p>
    <w:p w:rsidR="00376B68" w:rsidRDefault="00376B68">
      <w:r>
        <w:rPr>
          <w:b/>
        </w:rPr>
        <w:t>B</w:t>
      </w:r>
      <w:r>
        <w:rPr>
          <w:b/>
        </w:rPr>
        <w:t>udget for</w:t>
      </w:r>
      <w:r>
        <w:rPr>
          <w:b/>
        </w:rPr>
        <w:t xml:space="preserve"> Your Needs:</w:t>
      </w:r>
      <w:r>
        <w:rPr>
          <w:b/>
        </w:rPr>
        <w:br/>
      </w:r>
      <w:r>
        <w:t>______________________________________________</w:t>
      </w:r>
    </w:p>
    <w:sectPr w:rsidR="00376B6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76B68"/>
    <w:rsid w:val="00A754DE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4994A"/>
  <w14:defaultImageDpi w14:val="300"/>
  <w15:docId w15:val="{60F4FE86-87E1-4367-A60F-76DB36B6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72C3F0-23E5-4C45-8ED0-6CDAA136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Shinera Parker</cp:lastModifiedBy>
  <cp:revision>2</cp:revision>
  <dcterms:created xsi:type="dcterms:W3CDTF">2025-11-29T16:12:00Z</dcterms:created>
  <dcterms:modified xsi:type="dcterms:W3CDTF">2025-11-29T16:12:00Z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86683746-0faa-4be4-ad9f-c1d3c7b9f92f</vt:lpwstr>
  </property>
</Properties>
</file>