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AD" w:rsidRDefault="008E33E4">
      <w:r>
        <w:rPr>
          <w:noProof/>
        </w:rPr>
        <w:drawing>
          <wp:inline distT="0" distB="0" distL="0" distR="0">
            <wp:extent cx="83820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SC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729">
        <w:t xml:space="preserve">   </w:t>
      </w:r>
      <w:r w:rsidR="004C3729">
        <w:rPr>
          <w:noProof/>
        </w:rPr>
        <w:drawing>
          <wp:inline distT="0" distB="0" distL="0" distR="0" wp14:anchorId="14CB36EE">
            <wp:extent cx="4391660" cy="581025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0AD" w:rsidRPr="004C3729" w:rsidRDefault="008E33E4">
      <w:pPr>
        <w:pStyle w:val="Heading2"/>
        <w:rPr>
          <w:color w:val="7030A0"/>
        </w:rPr>
      </w:pPr>
      <w:r w:rsidRPr="004C3729">
        <w:rPr>
          <w:color w:val="7030A0"/>
        </w:rPr>
        <w:t>BOOK NOW – SERVICE REQUEST FORM</w:t>
      </w:r>
    </w:p>
    <w:p w:rsidR="004C3729" w:rsidRPr="004C3729" w:rsidRDefault="008E33E4" w:rsidP="004C3729">
      <w:bookmarkStart w:id="0" w:name="_Hlk215306927"/>
      <w:r>
        <w:rPr>
          <w:b/>
        </w:rPr>
        <w:t>Full Name: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  <w:r w:rsidR="004C3729">
        <w:rPr>
          <w:b/>
        </w:rPr>
        <w:t>Business</w:t>
      </w:r>
      <w:bookmarkStart w:id="1" w:name="_GoBack"/>
      <w:bookmarkEnd w:id="1"/>
      <w:r w:rsidR="004C3729" w:rsidRPr="004C3729">
        <w:rPr>
          <w:b/>
        </w:rPr>
        <w:t xml:space="preserve"> Name:</w:t>
      </w:r>
      <w:r w:rsidR="004C3729" w:rsidRPr="004C3729">
        <w:rPr>
          <w:b/>
        </w:rPr>
        <w:br/>
      </w:r>
      <w:r w:rsidR="004C3729" w:rsidRPr="004C3729">
        <w:t>______________________________________________</w:t>
      </w:r>
    </w:p>
    <w:p w:rsidR="002330AD" w:rsidRDefault="002330AD"/>
    <w:bookmarkEnd w:id="0"/>
    <w:p w:rsidR="002330AD" w:rsidRDefault="008E33E4">
      <w:r>
        <w:rPr>
          <w:b/>
        </w:rPr>
        <w:t>Email Address: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2330AD" w:rsidRDefault="008E33E4">
      <w:r>
        <w:rPr>
          <w:b/>
        </w:rPr>
        <w:t>Phone Number: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2330AD" w:rsidRDefault="008E33E4">
      <w:r>
        <w:rPr>
          <w:b/>
        </w:rPr>
        <w:t>Service Requested: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2330AD" w:rsidRDefault="008E33E4">
      <w:r>
        <w:rPr>
          <w:b/>
        </w:rPr>
        <w:t>Preferred Date &amp; Time: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2330AD" w:rsidRDefault="008E33E4">
      <w:r>
        <w:rPr>
          <w:b/>
        </w:rPr>
        <w:t>Addi</w:t>
      </w:r>
      <w:r>
        <w:rPr>
          <w:b/>
        </w:rPr>
        <w:t>tional Notes: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sectPr w:rsidR="002330A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3E4" w:rsidRDefault="008E33E4" w:rsidP="004C3729">
      <w:pPr>
        <w:spacing w:after="0" w:line="240" w:lineRule="auto"/>
      </w:pPr>
      <w:r>
        <w:separator/>
      </w:r>
    </w:p>
  </w:endnote>
  <w:endnote w:type="continuationSeparator" w:id="0">
    <w:p w:rsidR="008E33E4" w:rsidRDefault="008E33E4" w:rsidP="004C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3E4" w:rsidRDefault="008E33E4" w:rsidP="004C3729">
      <w:pPr>
        <w:spacing w:after="0" w:line="240" w:lineRule="auto"/>
      </w:pPr>
      <w:r>
        <w:separator/>
      </w:r>
    </w:p>
  </w:footnote>
  <w:footnote w:type="continuationSeparator" w:id="0">
    <w:p w:rsidR="008E33E4" w:rsidRDefault="008E33E4" w:rsidP="004C3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330AD"/>
    <w:rsid w:val="0029639D"/>
    <w:rsid w:val="00326F90"/>
    <w:rsid w:val="004C3729"/>
    <w:rsid w:val="008E33E4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61D131"/>
  <w14:defaultImageDpi w14:val="300"/>
  <w15:docId w15:val="{60F4FE86-87E1-4367-A60F-76DB36B6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795FC3-5D63-4998-9B38-023BD40E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Shinera Parker</cp:lastModifiedBy>
  <cp:revision>2</cp:revision>
  <dcterms:created xsi:type="dcterms:W3CDTF">2025-11-29T16:09:00Z</dcterms:created>
  <dcterms:modified xsi:type="dcterms:W3CDTF">2025-11-29T16:09:00Z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0d13044d-981b-4c39-b7e0-cdf71b13f733</vt:lpwstr>
  </property>
</Properties>
</file>